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D39F8" w14:textId="77777777" w:rsidR="00142026" w:rsidRPr="00142026" w:rsidRDefault="00142026" w:rsidP="00142026">
      <w:pPr>
        <w:jc w:val="center"/>
        <w:rPr>
          <w:rFonts w:ascii="Arial" w:hAnsi="Arial"/>
          <w:color w:val="333333"/>
        </w:rPr>
      </w:pPr>
      <w:r w:rsidRPr="00142026">
        <w:rPr>
          <w:rFonts w:ascii="Arial" w:hAnsi="Arial"/>
          <w:b/>
          <w:color w:val="B32424"/>
          <w:sz w:val="24"/>
        </w:rPr>
        <w:t>KAUNO SPORTO MOKYKLA „STARTAS“</w:t>
      </w:r>
    </w:p>
    <w:p w14:paraId="79C36D1C" w14:textId="32D29190" w:rsidR="00142026" w:rsidRPr="00142026" w:rsidRDefault="00142026" w:rsidP="00142026">
      <w:pPr>
        <w:spacing w:before="80" w:after="240"/>
        <w:jc w:val="center"/>
        <w:rPr>
          <w:rFonts w:ascii="Arial" w:hAnsi="Arial"/>
          <w:b/>
          <w:color w:val="333333"/>
          <w:sz w:val="28"/>
        </w:rPr>
      </w:pPr>
      <w:r w:rsidRPr="00142026">
        <w:rPr>
          <w:rFonts w:ascii="Arial" w:hAnsi="Arial"/>
          <w:b/>
          <w:color w:val="333333"/>
          <w:sz w:val="28"/>
        </w:rPr>
        <w:t>ATVIROS LENGVOSIOS ATLETIKOS VAIKŲ OLIMPINIŲ VILČIŲ VARŽYBOS</w:t>
      </w:r>
    </w:p>
    <w:p w14:paraId="2ADEF694" w14:textId="77777777" w:rsidR="007C4E47" w:rsidRPr="00142026" w:rsidRDefault="00000000">
      <w:pPr>
        <w:spacing w:after="160"/>
        <w:jc w:val="center"/>
        <w:rPr>
          <w:color w:val="404040" w:themeColor="text1" w:themeTint="BF"/>
          <w:sz w:val="20"/>
          <w:szCs w:val="20"/>
        </w:rPr>
      </w:pPr>
      <w:r w:rsidRPr="00142026">
        <w:rPr>
          <w:rFonts w:ascii="Arial" w:hAnsi="Arial"/>
          <w:b/>
          <w:color w:val="404040" w:themeColor="text1" w:themeTint="BF"/>
          <w:szCs w:val="20"/>
        </w:rPr>
        <w:t>VARŽYBŲ PROGRAMA</w:t>
      </w:r>
    </w:p>
    <w:p w14:paraId="46A64E87" w14:textId="11E8E304" w:rsidR="007C4E47" w:rsidRDefault="00000000">
      <w:pPr>
        <w:spacing w:after="240"/>
        <w:jc w:val="center"/>
      </w:pPr>
      <w:r>
        <w:rPr>
          <w:rFonts w:ascii="Arial" w:hAnsi="Arial"/>
          <w:b/>
          <w:color w:val="282828"/>
          <w:sz w:val="20"/>
        </w:rPr>
        <w:t xml:space="preserve">Data: </w:t>
      </w:r>
      <w:r>
        <w:rPr>
          <w:rFonts w:ascii="Arial" w:hAnsi="Arial"/>
          <w:color w:val="282828"/>
          <w:sz w:val="20"/>
        </w:rPr>
        <w:t>2026 m. spalio 2</w:t>
      </w:r>
      <w:r w:rsidR="001765E3">
        <w:rPr>
          <w:rFonts w:ascii="Arial" w:hAnsi="Arial"/>
          <w:color w:val="282828"/>
          <w:sz w:val="20"/>
        </w:rPr>
        <w:t>8</w:t>
      </w:r>
      <w:r>
        <w:rPr>
          <w:rFonts w:ascii="Arial" w:hAnsi="Arial"/>
          <w:color w:val="282828"/>
          <w:sz w:val="20"/>
        </w:rPr>
        <w:t xml:space="preserve"> d.   |   </w:t>
      </w:r>
      <w:r>
        <w:rPr>
          <w:rFonts w:ascii="Arial" w:hAnsi="Arial"/>
          <w:b/>
          <w:color w:val="282828"/>
          <w:sz w:val="20"/>
        </w:rPr>
        <w:t xml:space="preserve">Vieta: </w:t>
      </w:r>
      <w:r>
        <w:rPr>
          <w:rFonts w:ascii="Arial" w:hAnsi="Arial"/>
          <w:color w:val="282828"/>
          <w:sz w:val="20"/>
        </w:rPr>
        <w:t>Prezidento Valdo Adamkaus lengvosios atletikos maniežas, Kaunas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79"/>
        <w:gridCol w:w="3183"/>
        <w:gridCol w:w="2296"/>
        <w:gridCol w:w="2807"/>
      </w:tblGrid>
      <w:tr w:rsidR="007C4E47" w14:paraId="359DC435" w14:textId="77777777" w:rsidTr="00142026">
        <w:trPr>
          <w:trHeight w:val="400"/>
          <w:jc w:val="center"/>
        </w:trPr>
        <w:tc>
          <w:tcPr>
            <w:tcW w:w="1279" w:type="dxa"/>
            <w:shd w:val="clear" w:color="auto" w:fill="B4141E"/>
          </w:tcPr>
          <w:p w14:paraId="751F64CF" w14:textId="77777777" w:rsidR="007C4E47" w:rsidRDefault="00000000"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Laikas</w:t>
            </w:r>
          </w:p>
        </w:tc>
        <w:tc>
          <w:tcPr>
            <w:tcW w:w="3183" w:type="dxa"/>
            <w:shd w:val="clear" w:color="auto" w:fill="B4141E"/>
          </w:tcPr>
          <w:p w14:paraId="506B5C40" w14:textId="77777777" w:rsidR="007C4E47" w:rsidRDefault="00000000">
            <w:pPr>
              <w:spacing w:before="80" w:after="80"/>
            </w:pPr>
            <w:r>
              <w:rPr>
                <w:rFonts w:ascii="Arial" w:hAnsi="Arial"/>
                <w:b/>
                <w:color w:val="FFFFFF"/>
                <w:sz w:val="20"/>
              </w:rPr>
              <w:t>Rungtis</w:t>
            </w:r>
          </w:p>
        </w:tc>
        <w:tc>
          <w:tcPr>
            <w:tcW w:w="2296" w:type="dxa"/>
            <w:shd w:val="clear" w:color="auto" w:fill="B4141E"/>
          </w:tcPr>
          <w:p w14:paraId="41BED140" w14:textId="77777777" w:rsidR="007C4E47" w:rsidRDefault="00000000">
            <w:pPr>
              <w:spacing w:before="80" w:after="80"/>
            </w:pPr>
            <w:r>
              <w:rPr>
                <w:rFonts w:ascii="Arial" w:hAnsi="Arial"/>
                <w:b/>
                <w:color w:val="FFFFFF"/>
                <w:sz w:val="20"/>
              </w:rPr>
              <w:t>Grupė</w:t>
            </w:r>
          </w:p>
        </w:tc>
        <w:tc>
          <w:tcPr>
            <w:tcW w:w="2807" w:type="dxa"/>
            <w:shd w:val="clear" w:color="auto" w:fill="B4141E"/>
          </w:tcPr>
          <w:p w14:paraId="506E6176" w14:textId="7FF7471E" w:rsidR="007C4E47" w:rsidRDefault="00000000">
            <w:pPr>
              <w:spacing w:before="80" w:after="8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 Pastabos</w:t>
            </w:r>
          </w:p>
        </w:tc>
      </w:tr>
      <w:tr w:rsidR="007C4E47" w14:paraId="0D5D7BA9" w14:textId="77777777" w:rsidTr="00142026">
        <w:trPr>
          <w:trHeight w:val="331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007D0504" w14:textId="77777777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16.00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5736232C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1000 m sportinis ėjimas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52F03C15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Mergaitės ir 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653DC28D" w14:textId="77777777" w:rsidR="007C4E47" w:rsidRDefault="007C4E47">
            <w:pPr>
              <w:spacing w:before="40" w:after="40" w:line="240" w:lineRule="auto"/>
            </w:pPr>
          </w:p>
        </w:tc>
      </w:tr>
      <w:tr w:rsidR="007C4E47" w14:paraId="62E014A8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vAlign w:val="center"/>
          </w:tcPr>
          <w:p w14:paraId="565DAD1A" w14:textId="77777777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16.00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vAlign w:val="center"/>
          </w:tcPr>
          <w:p w14:paraId="62C6ACD0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Šuolis į tolį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vAlign w:val="center"/>
          </w:tcPr>
          <w:p w14:paraId="7AE096C1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vAlign w:val="center"/>
          </w:tcPr>
          <w:p w14:paraId="1504593C" w14:textId="7DCCC501" w:rsidR="007C4E47" w:rsidRDefault="007C4E47">
            <w:pPr>
              <w:spacing w:before="40" w:after="40" w:line="240" w:lineRule="auto"/>
            </w:pPr>
          </w:p>
        </w:tc>
      </w:tr>
      <w:tr w:rsidR="007C4E47" w14:paraId="41A359D9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49856445" w14:textId="77777777" w:rsidR="007C4E47" w:rsidRDefault="007C4E47">
            <w:pPr>
              <w:spacing w:before="40" w:after="40" w:line="240" w:lineRule="auto"/>
              <w:jc w:val="center"/>
            </w:pP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1D6492D8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Šuolis į aukštį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366231E6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70211EB1" w14:textId="77777777" w:rsidR="007C4E47" w:rsidRDefault="007C4E47">
            <w:pPr>
              <w:spacing w:before="40" w:after="40" w:line="240" w:lineRule="auto"/>
            </w:pPr>
          </w:p>
        </w:tc>
      </w:tr>
      <w:tr w:rsidR="007C4E47" w14:paraId="47CEBF77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vAlign w:val="center"/>
          </w:tcPr>
          <w:p w14:paraId="32BAA2E3" w14:textId="77777777" w:rsidR="007C4E47" w:rsidRDefault="007C4E47">
            <w:pPr>
              <w:spacing w:before="40" w:after="40" w:line="240" w:lineRule="auto"/>
              <w:jc w:val="center"/>
            </w:pPr>
          </w:p>
        </w:tc>
        <w:tc>
          <w:tcPr>
            <w:tcW w:w="3183" w:type="dxa"/>
            <w:tcBorders>
              <w:bottom w:val="single" w:sz="4" w:space="0" w:color="E0E0E0"/>
            </w:tcBorders>
            <w:vAlign w:val="center"/>
          </w:tcPr>
          <w:p w14:paraId="3D07BC20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Šuolis su kartimi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vAlign w:val="center"/>
          </w:tcPr>
          <w:p w14:paraId="6CC8F369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Mergaitės ir 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vAlign w:val="center"/>
          </w:tcPr>
          <w:p w14:paraId="742EF089" w14:textId="77777777" w:rsidR="007C4E47" w:rsidRDefault="007C4E47">
            <w:pPr>
              <w:spacing w:before="40" w:after="40" w:line="240" w:lineRule="auto"/>
            </w:pPr>
          </w:p>
        </w:tc>
      </w:tr>
      <w:tr w:rsidR="007C4E47" w14:paraId="39A81C8A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61941045" w14:textId="77777777" w:rsidR="007C4E47" w:rsidRDefault="007C4E47">
            <w:pPr>
              <w:spacing w:before="40" w:after="40" w:line="240" w:lineRule="auto"/>
              <w:jc w:val="center"/>
            </w:pP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08411152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Rutulio stūmimas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434219A1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59DE2116" w14:textId="77777777" w:rsidR="007C4E47" w:rsidRDefault="007C4E47">
            <w:pPr>
              <w:spacing w:before="40" w:after="40" w:line="240" w:lineRule="auto"/>
            </w:pPr>
          </w:p>
        </w:tc>
      </w:tr>
      <w:tr w:rsidR="007C4E47" w:rsidRPr="0090744D" w14:paraId="3989E851" w14:textId="77777777" w:rsidTr="0090744D">
        <w:trPr>
          <w:trHeight w:val="274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015BA1EB" w14:textId="77777777" w:rsidR="007C4E47" w:rsidRPr="0090744D" w:rsidRDefault="00000000">
            <w:pPr>
              <w:spacing w:before="40" w:after="40" w:line="240" w:lineRule="auto"/>
              <w:jc w:val="center"/>
              <w:rPr>
                <w:color w:val="C00000"/>
              </w:rPr>
            </w:pPr>
            <w:r w:rsidRPr="0090744D">
              <w:rPr>
                <w:rFonts w:ascii="Arial" w:hAnsi="Arial"/>
                <w:color w:val="C00000"/>
                <w:sz w:val="19"/>
              </w:rPr>
              <w:t>16.20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335F684C" w14:textId="77777777" w:rsidR="007C4E47" w:rsidRPr="0090744D" w:rsidRDefault="00000000">
            <w:pPr>
              <w:spacing w:before="40" w:after="40" w:line="240" w:lineRule="auto"/>
              <w:rPr>
                <w:color w:val="C00000"/>
              </w:rPr>
            </w:pPr>
            <w:r w:rsidRPr="0090744D">
              <w:rPr>
                <w:rFonts w:ascii="Arial" w:hAnsi="Arial"/>
                <w:color w:val="C00000"/>
                <w:sz w:val="19"/>
              </w:rPr>
              <w:t>60 m barjerinis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6E3100BA" w14:textId="77777777" w:rsidR="007C4E47" w:rsidRPr="0090744D" w:rsidRDefault="00000000">
            <w:pPr>
              <w:spacing w:before="40" w:after="40" w:line="240" w:lineRule="auto"/>
              <w:rPr>
                <w:color w:val="C00000"/>
              </w:rPr>
            </w:pPr>
            <w:r w:rsidRPr="0090744D">
              <w:rPr>
                <w:rFonts w:ascii="Arial" w:hAnsi="Arial"/>
                <w:color w:val="C00000"/>
                <w:sz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68F5D219" w14:textId="3695780F" w:rsidR="007C4E47" w:rsidRPr="0090744D" w:rsidRDefault="00CC2E04">
            <w:pPr>
              <w:spacing w:before="40" w:after="40" w:line="240" w:lineRule="auto"/>
              <w:rPr>
                <w:b/>
                <w:color w:val="C00000"/>
              </w:rPr>
            </w:pPr>
            <w:r w:rsidRPr="0090744D">
              <w:rPr>
                <w:rFonts w:ascii="Arial" w:hAnsi="Arial"/>
                <w:b/>
                <w:color w:val="C00000"/>
                <w:sz w:val="19"/>
              </w:rPr>
              <w:t>FINALAS</w:t>
            </w:r>
          </w:p>
        </w:tc>
      </w:tr>
      <w:tr w:rsidR="007C4E47" w14:paraId="581994A4" w14:textId="77777777" w:rsidTr="0090744D">
        <w:trPr>
          <w:trHeight w:val="286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7AA24017" w14:textId="77777777" w:rsidR="007C4E47" w:rsidRPr="0090744D" w:rsidRDefault="00000000">
            <w:pPr>
              <w:spacing w:before="40" w:after="40" w:line="240" w:lineRule="auto"/>
              <w:jc w:val="center"/>
              <w:rPr>
                <w:color w:val="C00000"/>
              </w:rPr>
            </w:pPr>
            <w:r w:rsidRPr="0090744D">
              <w:rPr>
                <w:rFonts w:ascii="Arial" w:hAnsi="Arial"/>
                <w:color w:val="C00000"/>
                <w:sz w:val="19"/>
              </w:rPr>
              <w:t>16.30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3D81BC4D" w14:textId="77777777" w:rsidR="007C4E47" w:rsidRPr="0090744D" w:rsidRDefault="00000000">
            <w:pPr>
              <w:spacing w:before="40" w:after="40" w:line="240" w:lineRule="auto"/>
              <w:rPr>
                <w:color w:val="C00000"/>
              </w:rPr>
            </w:pPr>
            <w:r w:rsidRPr="0090744D">
              <w:rPr>
                <w:rFonts w:ascii="Arial" w:hAnsi="Arial"/>
                <w:color w:val="C00000"/>
                <w:sz w:val="19"/>
              </w:rPr>
              <w:t>60 m barjerinis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352198E2" w14:textId="77777777" w:rsidR="007C4E47" w:rsidRPr="0090744D" w:rsidRDefault="00000000">
            <w:pPr>
              <w:spacing w:before="40" w:after="40" w:line="240" w:lineRule="auto"/>
              <w:rPr>
                <w:color w:val="C00000"/>
              </w:rPr>
            </w:pPr>
            <w:r w:rsidRPr="0090744D">
              <w:rPr>
                <w:rFonts w:ascii="Arial" w:hAnsi="Arial"/>
                <w:color w:val="C00000"/>
                <w:sz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2DBDB" w:themeFill="accent2" w:themeFillTint="33"/>
            <w:vAlign w:val="center"/>
          </w:tcPr>
          <w:p w14:paraId="64F2F7CE" w14:textId="2E546799" w:rsidR="007C4E47" w:rsidRPr="00CC2E04" w:rsidRDefault="00CC2E04">
            <w:pPr>
              <w:spacing w:before="40" w:after="40" w:line="240" w:lineRule="auto"/>
              <w:rPr>
                <w:b/>
              </w:rPr>
            </w:pPr>
            <w:r w:rsidRPr="00CC2E04">
              <w:rPr>
                <w:rFonts w:ascii="Arial" w:hAnsi="Arial"/>
                <w:b/>
                <w:color w:val="B4141E"/>
                <w:sz w:val="19"/>
              </w:rPr>
              <w:t>FINALAS</w:t>
            </w:r>
          </w:p>
        </w:tc>
      </w:tr>
      <w:tr w:rsidR="007C4E47" w14:paraId="1A381700" w14:textId="77777777" w:rsidTr="00142026">
        <w:trPr>
          <w:trHeight w:val="286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vAlign w:val="center"/>
          </w:tcPr>
          <w:p w14:paraId="68684C9D" w14:textId="77777777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16.40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vAlign w:val="center"/>
          </w:tcPr>
          <w:p w14:paraId="0450189A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60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vAlign w:val="center"/>
          </w:tcPr>
          <w:p w14:paraId="0FCC7F33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vAlign w:val="center"/>
          </w:tcPr>
          <w:p w14:paraId="3338844C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Parengiamieji bėgimai</w:t>
            </w:r>
          </w:p>
        </w:tc>
      </w:tr>
      <w:tr w:rsidR="007C4E47" w14:paraId="61DCCE5D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74D72819" w14:textId="3B88DD70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17.</w:t>
            </w:r>
            <w:r w:rsidR="00CC2E04">
              <w:rPr>
                <w:rFonts w:ascii="Arial" w:hAnsi="Arial"/>
                <w:color w:val="282828"/>
                <w:sz w:val="19"/>
              </w:rPr>
              <w:t>10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7D2A43C2" w14:textId="5886F6B6" w:rsidR="007C4E47" w:rsidRDefault="00CC2E04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60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59767345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3030F968" w14:textId="36C68B62" w:rsidR="007C4E47" w:rsidRDefault="00CC2E04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Parengiamieji bėgimai</w:t>
            </w:r>
          </w:p>
        </w:tc>
      </w:tr>
      <w:tr w:rsidR="007C4E47" w14:paraId="7331A0DC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vAlign w:val="center"/>
          </w:tcPr>
          <w:p w14:paraId="6EE5BFD7" w14:textId="322C4421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17.</w:t>
            </w:r>
            <w:r w:rsidR="00CC2E04">
              <w:rPr>
                <w:rFonts w:ascii="Arial" w:hAnsi="Arial"/>
                <w:color w:val="282828"/>
                <w:sz w:val="19"/>
              </w:rPr>
              <w:t>20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vAlign w:val="center"/>
          </w:tcPr>
          <w:p w14:paraId="7EFD972F" w14:textId="6EDAB4AE" w:rsidR="007C4E47" w:rsidRPr="00CC2E04" w:rsidRDefault="00CC2E04">
            <w:pPr>
              <w:spacing w:before="40" w:after="40" w:line="240" w:lineRule="auto"/>
              <w:rPr>
                <w:rFonts w:ascii="Arial" w:hAnsi="Arial" w:cs="Arial"/>
                <w:sz w:val="19"/>
                <w:szCs w:val="19"/>
              </w:rPr>
            </w:pPr>
            <w:r w:rsidRPr="00CC2E04">
              <w:rPr>
                <w:rFonts w:ascii="Arial" w:hAnsi="Arial" w:cs="Arial"/>
                <w:sz w:val="19"/>
                <w:szCs w:val="19"/>
              </w:rPr>
              <w:t>Rut</w:t>
            </w:r>
            <w:r w:rsidR="007B4FF6">
              <w:rPr>
                <w:rFonts w:ascii="Arial" w:hAnsi="Arial" w:cs="Arial"/>
                <w:sz w:val="19"/>
                <w:szCs w:val="19"/>
              </w:rPr>
              <w:t>u</w:t>
            </w:r>
            <w:r w:rsidRPr="00CC2E04">
              <w:rPr>
                <w:rFonts w:ascii="Arial" w:hAnsi="Arial" w:cs="Arial"/>
                <w:sz w:val="19"/>
                <w:szCs w:val="19"/>
              </w:rPr>
              <w:t>lio stūmimas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vAlign w:val="center"/>
          </w:tcPr>
          <w:p w14:paraId="619DDE7B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vAlign w:val="center"/>
          </w:tcPr>
          <w:p w14:paraId="006D10FE" w14:textId="1D526A82" w:rsidR="007C4E47" w:rsidRDefault="007C4E47">
            <w:pPr>
              <w:spacing w:before="40" w:after="40" w:line="240" w:lineRule="auto"/>
            </w:pPr>
          </w:p>
        </w:tc>
      </w:tr>
      <w:tr w:rsidR="007C4E47" w14:paraId="145F09D0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51F507CA" w14:textId="71A73383" w:rsidR="007C4E47" w:rsidRPr="00CC2E04" w:rsidRDefault="007C4E47">
            <w:pPr>
              <w:spacing w:before="40" w:after="4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4038BD1B" w14:textId="195C41AC" w:rsidR="007C4E47" w:rsidRDefault="00CC2E04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Šuolis į tolį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5BBB7DCA" w14:textId="10BAE301" w:rsidR="007C4E47" w:rsidRPr="00E91F17" w:rsidRDefault="00E91F17">
            <w:pPr>
              <w:spacing w:before="40" w:after="40" w:line="240" w:lineRule="auto"/>
              <w:rPr>
                <w:rFonts w:ascii="Arial" w:hAnsi="Arial" w:cs="Arial"/>
                <w:sz w:val="19"/>
                <w:szCs w:val="19"/>
              </w:rPr>
            </w:pPr>
            <w:r w:rsidRPr="00E91F17">
              <w:rPr>
                <w:rFonts w:ascii="Arial" w:hAnsi="Arial" w:cs="Arial"/>
                <w:sz w:val="19"/>
                <w:szCs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42D58513" w14:textId="77777777" w:rsidR="007C4E47" w:rsidRDefault="007C4E47">
            <w:pPr>
              <w:spacing w:before="40" w:after="40" w:line="240" w:lineRule="auto"/>
            </w:pPr>
          </w:p>
        </w:tc>
      </w:tr>
      <w:tr w:rsidR="007C4E47" w14:paraId="31911F53" w14:textId="77777777" w:rsidTr="00142026">
        <w:trPr>
          <w:trHeight w:val="274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vAlign w:val="center"/>
          </w:tcPr>
          <w:p w14:paraId="1D083739" w14:textId="3E67A8AD" w:rsidR="007C4E47" w:rsidRDefault="007C4E47">
            <w:pPr>
              <w:spacing w:before="40" w:after="40" w:line="240" w:lineRule="auto"/>
              <w:jc w:val="center"/>
            </w:pPr>
          </w:p>
        </w:tc>
        <w:tc>
          <w:tcPr>
            <w:tcW w:w="3183" w:type="dxa"/>
            <w:tcBorders>
              <w:bottom w:val="single" w:sz="4" w:space="0" w:color="E0E0E0"/>
            </w:tcBorders>
            <w:vAlign w:val="center"/>
          </w:tcPr>
          <w:p w14:paraId="5F3B4432" w14:textId="563E6158" w:rsidR="007C4E47" w:rsidRDefault="00CC2E04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Šuolis į aukštį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vAlign w:val="center"/>
          </w:tcPr>
          <w:p w14:paraId="7FB41EBB" w14:textId="51C193D9" w:rsidR="007C4E47" w:rsidRPr="00E91F17" w:rsidRDefault="00E91F17">
            <w:pPr>
              <w:spacing w:before="40" w:after="40" w:line="240" w:lineRule="auto"/>
              <w:rPr>
                <w:rFonts w:ascii="Arial" w:hAnsi="Arial" w:cs="Arial"/>
                <w:sz w:val="19"/>
                <w:szCs w:val="19"/>
              </w:rPr>
            </w:pPr>
            <w:r w:rsidRPr="00E91F17">
              <w:rPr>
                <w:rFonts w:ascii="Arial" w:hAnsi="Arial" w:cs="Arial"/>
                <w:sz w:val="19"/>
                <w:szCs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vAlign w:val="center"/>
          </w:tcPr>
          <w:p w14:paraId="3C0BF3B4" w14:textId="749943AF" w:rsidR="007C4E47" w:rsidRDefault="007C4E47">
            <w:pPr>
              <w:spacing w:before="40" w:after="40" w:line="240" w:lineRule="auto"/>
            </w:pPr>
          </w:p>
        </w:tc>
      </w:tr>
      <w:tr w:rsidR="007C4E47" w14:paraId="5A385756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276B9250" w14:textId="7BEDA81E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17.2</w:t>
            </w:r>
            <w:r w:rsidR="00E91F17">
              <w:rPr>
                <w:rFonts w:ascii="Arial" w:hAnsi="Arial"/>
                <w:color w:val="282828"/>
                <w:sz w:val="19"/>
              </w:rPr>
              <w:t>5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64D8D4C3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600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6D67248A" w14:textId="2C947F80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Mergaitės</w:t>
            </w:r>
            <w:r w:rsidR="00E91F17">
              <w:rPr>
                <w:rFonts w:ascii="Arial" w:hAnsi="Arial"/>
                <w:color w:val="282828"/>
                <w:sz w:val="19"/>
              </w:rPr>
              <w:t xml:space="preserve"> ir 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28F1AAF6" w14:textId="77777777" w:rsidR="007C4E47" w:rsidRDefault="007C4E47">
            <w:pPr>
              <w:spacing w:before="40" w:after="40" w:line="240" w:lineRule="auto"/>
            </w:pPr>
          </w:p>
        </w:tc>
      </w:tr>
      <w:tr w:rsidR="007C4E47" w14:paraId="1CA929CD" w14:textId="77777777" w:rsidTr="007B4FF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FFFFF" w:themeFill="background1"/>
            <w:vAlign w:val="center"/>
          </w:tcPr>
          <w:p w14:paraId="41B7A89B" w14:textId="77777777" w:rsidR="007C4E47" w:rsidRPr="00E91F17" w:rsidRDefault="00000000">
            <w:pPr>
              <w:spacing w:before="40" w:after="40" w:line="240" w:lineRule="auto"/>
              <w:jc w:val="center"/>
            </w:pPr>
            <w:r w:rsidRPr="00E91F17">
              <w:rPr>
                <w:rFonts w:ascii="Arial" w:hAnsi="Arial"/>
                <w:color w:val="282828"/>
                <w:sz w:val="19"/>
              </w:rPr>
              <w:t>17.35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FFFFF" w:themeFill="background1"/>
            <w:vAlign w:val="center"/>
          </w:tcPr>
          <w:p w14:paraId="3DCC2883" w14:textId="77777777" w:rsidR="007C4E47" w:rsidRPr="00E91F17" w:rsidRDefault="00000000">
            <w:pPr>
              <w:spacing w:before="40" w:after="40" w:line="240" w:lineRule="auto"/>
            </w:pPr>
            <w:r w:rsidRPr="00E91F17">
              <w:rPr>
                <w:rFonts w:ascii="Arial" w:hAnsi="Arial"/>
                <w:color w:val="282828"/>
                <w:sz w:val="19"/>
              </w:rPr>
              <w:t>1000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FFFFF" w:themeFill="background1"/>
            <w:vAlign w:val="center"/>
          </w:tcPr>
          <w:p w14:paraId="5C3AFA23" w14:textId="77777777" w:rsidR="007C4E47" w:rsidRPr="00E91F17" w:rsidRDefault="00000000">
            <w:pPr>
              <w:spacing w:before="40" w:after="40" w:line="240" w:lineRule="auto"/>
            </w:pPr>
            <w:r w:rsidRPr="00E91F17">
              <w:rPr>
                <w:rFonts w:ascii="Arial" w:hAnsi="Arial"/>
                <w:color w:val="282828"/>
                <w:sz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FFFFF" w:themeFill="background1"/>
            <w:vAlign w:val="center"/>
          </w:tcPr>
          <w:p w14:paraId="5D9AF4AB" w14:textId="77777777" w:rsidR="007C4E47" w:rsidRPr="00E91F17" w:rsidRDefault="007C4E47">
            <w:pPr>
              <w:spacing w:before="40" w:after="40" w:line="240" w:lineRule="auto"/>
            </w:pPr>
          </w:p>
        </w:tc>
      </w:tr>
      <w:tr w:rsidR="007C4E47" w14:paraId="1A3EA4F8" w14:textId="77777777" w:rsidTr="007B4FF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2F2F2" w:themeFill="background1" w:themeFillShade="F2"/>
            <w:vAlign w:val="center"/>
          </w:tcPr>
          <w:p w14:paraId="20B5639C" w14:textId="77777777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17.40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2F2F2" w:themeFill="background1" w:themeFillShade="F2"/>
            <w:vAlign w:val="center"/>
          </w:tcPr>
          <w:p w14:paraId="69BB0BBF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1000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2F2F2" w:themeFill="background1" w:themeFillShade="F2"/>
            <w:vAlign w:val="center"/>
          </w:tcPr>
          <w:p w14:paraId="47BE8171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2F2F2" w:themeFill="background1" w:themeFillShade="F2"/>
            <w:vAlign w:val="center"/>
          </w:tcPr>
          <w:p w14:paraId="7278AAD5" w14:textId="77777777" w:rsidR="007C4E47" w:rsidRDefault="007C4E47">
            <w:pPr>
              <w:spacing w:before="40" w:after="40" w:line="240" w:lineRule="auto"/>
            </w:pPr>
          </w:p>
        </w:tc>
      </w:tr>
      <w:tr w:rsidR="007C4E47" w14:paraId="57BED97C" w14:textId="77777777" w:rsidTr="00142026">
        <w:trPr>
          <w:trHeight w:val="286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704B6DAC" w14:textId="680FEC6B" w:rsidR="007C4E47" w:rsidRPr="00934D4B" w:rsidRDefault="00000000">
            <w:pPr>
              <w:spacing w:before="40" w:after="40" w:line="240" w:lineRule="auto"/>
              <w:jc w:val="center"/>
              <w:rPr>
                <w:bCs/>
              </w:rPr>
            </w:pPr>
            <w:r w:rsidRPr="00934D4B">
              <w:rPr>
                <w:rFonts w:ascii="Arial" w:hAnsi="Arial"/>
                <w:bCs/>
                <w:color w:val="B4141E"/>
                <w:sz w:val="19"/>
              </w:rPr>
              <w:t>17.</w:t>
            </w:r>
            <w:r w:rsidR="00E91F17">
              <w:rPr>
                <w:rFonts w:ascii="Arial" w:hAnsi="Arial"/>
                <w:bCs/>
                <w:color w:val="B4141E"/>
                <w:sz w:val="19"/>
              </w:rPr>
              <w:t>50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18BB4670" w14:textId="77777777" w:rsidR="007C4E47" w:rsidRPr="00934D4B" w:rsidRDefault="00000000">
            <w:pPr>
              <w:spacing w:before="40" w:after="40" w:line="240" w:lineRule="auto"/>
              <w:rPr>
                <w:bCs/>
              </w:rPr>
            </w:pPr>
            <w:r w:rsidRPr="00934D4B">
              <w:rPr>
                <w:rFonts w:ascii="Arial" w:hAnsi="Arial"/>
                <w:bCs/>
                <w:color w:val="B4141E"/>
                <w:sz w:val="19"/>
              </w:rPr>
              <w:t>60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638A0057" w14:textId="77777777" w:rsidR="007C4E47" w:rsidRPr="00934D4B" w:rsidRDefault="00000000">
            <w:pPr>
              <w:spacing w:before="40" w:after="40" w:line="240" w:lineRule="auto"/>
              <w:rPr>
                <w:bCs/>
              </w:rPr>
            </w:pPr>
            <w:r w:rsidRPr="00934D4B">
              <w:rPr>
                <w:rFonts w:ascii="Arial" w:hAnsi="Arial"/>
                <w:bCs/>
                <w:color w:val="B4141E"/>
                <w:sz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403BF8A6" w14:textId="31426DC7" w:rsidR="007C4E47" w:rsidRPr="00CC2E04" w:rsidRDefault="00CC2E04">
            <w:pPr>
              <w:spacing w:before="40" w:after="40" w:line="240" w:lineRule="auto"/>
              <w:rPr>
                <w:b/>
              </w:rPr>
            </w:pPr>
            <w:r w:rsidRPr="00CC2E04">
              <w:rPr>
                <w:rFonts w:ascii="Arial" w:hAnsi="Arial"/>
                <w:b/>
                <w:color w:val="B4141E"/>
                <w:sz w:val="19"/>
              </w:rPr>
              <w:t>FINALAS</w:t>
            </w:r>
          </w:p>
        </w:tc>
      </w:tr>
      <w:tr w:rsidR="007C4E47" w14:paraId="2CA34A17" w14:textId="77777777" w:rsidTr="00142026">
        <w:trPr>
          <w:trHeight w:val="286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4FAA5A70" w14:textId="484D5985" w:rsidR="007C4E47" w:rsidRPr="00934D4B" w:rsidRDefault="00000000">
            <w:pPr>
              <w:spacing w:before="40" w:after="40" w:line="240" w:lineRule="auto"/>
              <w:jc w:val="center"/>
              <w:rPr>
                <w:bCs/>
              </w:rPr>
            </w:pPr>
            <w:r w:rsidRPr="00934D4B">
              <w:rPr>
                <w:rFonts w:ascii="Arial" w:hAnsi="Arial"/>
                <w:bCs/>
                <w:color w:val="B4141E"/>
                <w:sz w:val="19"/>
              </w:rPr>
              <w:t>17.5</w:t>
            </w:r>
            <w:r w:rsidR="00E91F17">
              <w:rPr>
                <w:rFonts w:ascii="Arial" w:hAnsi="Arial"/>
                <w:bCs/>
                <w:color w:val="B4141E"/>
                <w:sz w:val="19"/>
              </w:rPr>
              <w:t>5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555C6635" w14:textId="77777777" w:rsidR="007C4E47" w:rsidRPr="00934D4B" w:rsidRDefault="00000000">
            <w:pPr>
              <w:spacing w:before="40" w:after="40" w:line="240" w:lineRule="auto"/>
              <w:rPr>
                <w:bCs/>
              </w:rPr>
            </w:pPr>
            <w:r w:rsidRPr="00934D4B">
              <w:rPr>
                <w:rFonts w:ascii="Arial" w:hAnsi="Arial"/>
                <w:bCs/>
                <w:color w:val="B4141E"/>
                <w:sz w:val="19"/>
              </w:rPr>
              <w:t>60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54C9F231" w14:textId="77777777" w:rsidR="007C4E47" w:rsidRPr="00934D4B" w:rsidRDefault="00000000">
            <w:pPr>
              <w:spacing w:before="40" w:after="40" w:line="240" w:lineRule="auto"/>
              <w:rPr>
                <w:bCs/>
              </w:rPr>
            </w:pPr>
            <w:r w:rsidRPr="00934D4B">
              <w:rPr>
                <w:rFonts w:ascii="Arial" w:hAnsi="Arial"/>
                <w:bCs/>
                <w:color w:val="B4141E"/>
                <w:sz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CE4E4"/>
            <w:vAlign w:val="center"/>
          </w:tcPr>
          <w:p w14:paraId="625D3411" w14:textId="77777777" w:rsidR="007C4E47" w:rsidRPr="00CC2E04" w:rsidRDefault="00000000">
            <w:pPr>
              <w:spacing w:before="40" w:after="40" w:line="240" w:lineRule="auto"/>
              <w:rPr>
                <w:b/>
              </w:rPr>
            </w:pPr>
            <w:r w:rsidRPr="00CC2E04">
              <w:rPr>
                <w:rFonts w:ascii="Arial" w:hAnsi="Arial"/>
                <w:b/>
                <w:color w:val="B4141E"/>
                <w:sz w:val="19"/>
              </w:rPr>
              <w:t>FINALAS</w:t>
            </w:r>
          </w:p>
        </w:tc>
      </w:tr>
      <w:tr w:rsidR="007C4E47" w14:paraId="2712A2DB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vAlign w:val="center"/>
          </w:tcPr>
          <w:p w14:paraId="531142DD" w14:textId="77777777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18.00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vAlign w:val="center"/>
          </w:tcPr>
          <w:p w14:paraId="583F0887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200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vAlign w:val="center"/>
          </w:tcPr>
          <w:p w14:paraId="053700A2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Mergaitės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vAlign w:val="center"/>
          </w:tcPr>
          <w:p w14:paraId="2A1FF54F" w14:textId="77777777" w:rsidR="007C4E47" w:rsidRDefault="007C4E47">
            <w:pPr>
              <w:spacing w:before="40" w:after="40" w:line="240" w:lineRule="auto"/>
            </w:pPr>
          </w:p>
        </w:tc>
      </w:tr>
      <w:tr w:rsidR="007C4E47" w14:paraId="0B8C702E" w14:textId="77777777" w:rsidTr="00142026">
        <w:trPr>
          <w:trHeight w:val="319"/>
          <w:jc w:val="center"/>
        </w:trPr>
        <w:tc>
          <w:tcPr>
            <w:tcW w:w="1279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10FE6628" w14:textId="77777777" w:rsidR="007C4E47" w:rsidRDefault="00000000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282828"/>
                <w:sz w:val="19"/>
              </w:rPr>
              <w:t>18.30</w:t>
            </w:r>
          </w:p>
        </w:tc>
        <w:tc>
          <w:tcPr>
            <w:tcW w:w="3183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0AA1C1A9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200 m bėgimas</w:t>
            </w:r>
          </w:p>
        </w:tc>
        <w:tc>
          <w:tcPr>
            <w:tcW w:w="2296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7A8F1B8D" w14:textId="77777777" w:rsidR="007C4E47" w:rsidRDefault="00000000">
            <w:pPr>
              <w:spacing w:before="40" w:after="40" w:line="240" w:lineRule="auto"/>
            </w:pPr>
            <w:r>
              <w:rPr>
                <w:rFonts w:ascii="Arial" w:hAnsi="Arial"/>
                <w:color w:val="282828"/>
                <w:sz w:val="19"/>
              </w:rPr>
              <w:t>Berniukai</w:t>
            </w:r>
          </w:p>
        </w:tc>
        <w:tc>
          <w:tcPr>
            <w:tcW w:w="2807" w:type="dxa"/>
            <w:tcBorders>
              <w:bottom w:val="single" w:sz="4" w:space="0" w:color="E0E0E0"/>
            </w:tcBorders>
            <w:shd w:val="clear" w:color="auto" w:fill="F5F5F5"/>
            <w:vAlign w:val="center"/>
          </w:tcPr>
          <w:p w14:paraId="5F20E20A" w14:textId="77777777" w:rsidR="007C4E47" w:rsidRDefault="007C4E47">
            <w:pPr>
              <w:spacing w:before="40" w:after="40" w:line="240" w:lineRule="auto"/>
            </w:pPr>
          </w:p>
        </w:tc>
      </w:tr>
    </w:tbl>
    <w:p w14:paraId="25B84052" w14:textId="77777777" w:rsidR="007C4E47" w:rsidRDefault="007C4E47">
      <w:pPr>
        <w:spacing w:before="160" w:after="0"/>
      </w:pPr>
    </w:p>
    <w:p w14:paraId="288858B1" w14:textId="77777777" w:rsidR="007C4E47" w:rsidRDefault="00000000">
      <w:pPr>
        <w:pStyle w:val="ListBullet"/>
        <w:spacing w:after="40" w:line="240" w:lineRule="auto"/>
      </w:pPr>
      <w:r>
        <w:rPr>
          <w:rFonts w:ascii="Arial" w:hAnsi="Arial"/>
          <w:color w:val="282828"/>
          <w:sz w:val="18"/>
        </w:rPr>
        <w:t>Dalyvauja 2013-2014 m. g. vaikai.</w:t>
      </w:r>
    </w:p>
    <w:p w14:paraId="11BF3C0B" w14:textId="77777777" w:rsidR="007C4E47" w:rsidRDefault="00000000">
      <w:pPr>
        <w:pStyle w:val="ListBullet"/>
        <w:spacing w:after="40" w:line="240" w:lineRule="auto"/>
      </w:pPr>
      <w:r>
        <w:rPr>
          <w:rFonts w:ascii="Arial" w:hAnsi="Arial"/>
          <w:color w:val="282828"/>
          <w:sz w:val="18"/>
        </w:rPr>
        <w:t>2015 m. g. vaikai gali dalyvauti tik vienoje rungtyje. 2016 m. g. ir jaunesni – nedalyvauja.</w:t>
      </w:r>
    </w:p>
    <w:p w14:paraId="706F3F3F" w14:textId="77777777" w:rsidR="007C4E47" w:rsidRDefault="00000000">
      <w:pPr>
        <w:pStyle w:val="ListBullet"/>
        <w:spacing w:after="40" w:line="240" w:lineRule="auto"/>
      </w:pPr>
      <w:r>
        <w:rPr>
          <w:rFonts w:ascii="Arial" w:hAnsi="Arial"/>
          <w:color w:val="282828"/>
          <w:sz w:val="18"/>
        </w:rPr>
        <w:t>60 m b/b (11.75-0.762-7.50) mergaičių ir berniukų finalai vyks tik tuo atveju, jei bus daugiau nei du bėgimai.</w:t>
      </w:r>
    </w:p>
    <w:p w14:paraId="76DA3823" w14:textId="77777777" w:rsidR="007C4E47" w:rsidRDefault="00000000">
      <w:pPr>
        <w:pStyle w:val="ListBullet"/>
        <w:spacing w:after="40" w:line="240" w:lineRule="auto"/>
      </w:pPr>
      <w:r>
        <w:rPr>
          <w:rFonts w:ascii="Arial" w:hAnsi="Arial"/>
          <w:color w:val="282828"/>
          <w:sz w:val="18"/>
        </w:rPr>
        <w:t>Apdovanojimai vyksta iškart po kiekvienos rungties.</w:t>
      </w:r>
    </w:p>
    <w:p w14:paraId="2CA8986B" w14:textId="77777777" w:rsidR="007C4E47" w:rsidRDefault="00000000">
      <w:pPr>
        <w:pStyle w:val="ListBullet"/>
        <w:spacing w:after="40" w:line="240" w:lineRule="auto"/>
      </w:pPr>
      <w:r>
        <w:rPr>
          <w:rFonts w:ascii="Arial" w:hAnsi="Arial"/>
          <w:color w:val="282828"/>
          <w:sz w:val="18"/>
        </w:rPr>
        <w:t>Po registracijos pabaigos programa gali nežymiai keistis.</w:t>
      </w:r>
    </w:p>
    <w:p w14:paraId="0EE7D373" w14:textId="77777777" w:rsidR="00142026" w:rsidRPr="00142026" w:rsidRDefault="00142026" w:rsidP="00142026">
      <w:pPr>
        <w:pStyle w:val="ListBullet"/>
        <w:numPr>
          <w:ilvl w:val="0"/>
          <w:numId w:val="0"/>
        </w:numPr>
        <w:spacing w:after="40" w:line="240" w:lineRule="auto"/>
        <w:ind w:left="360"/>
        <w:jc w:val="right"/>
        <w:rPr>
          <w:rFonts w:ascii="Arial" w:hAnsi="Arial"/>
          <w:i/>
          <w:color w:val="282828"/>
          <w:sz w:val="20"/>
          <w:szCs w:val="24"/>
        </w:rPr>
      </w:pPr>
    </w:p>
    <w:p w14:paraId="5AEC0488" w14:textId="4AD82E57" w:rsidR="007C4E47" w:rsidRPr="00142026" w:rsidRDefault="00934D4B" w:rsidP="00142026">
      <w:pPr>
        <w:pStyle w:val="ListBullet"/>
        <w:numPr>
          <w:ilvl w:val="0"/>
          <w:numId w:val="0"/>
        </w:numPr>
        <w:spacing w:after="40" w:line="240" w:lineRule="auto"/>
        <w:ind w:left="360"/>
        <w:jc w:val="right"/>
        <w:rPr>
          <w:sz w:val="24"/>
          <w:szCs w:val="24"/>
        </w:rPr>
      </w:pPr>
      <w:proofErr w:type="spellStart"/>
      <w:r w:rsidRPr="00934D4B">
        <w:rPr>
          <w:rFonts w:ascii="Arial" w:hAnsi="Arial"/>
          <w:i/>
          <w:color w:val="282828"/>
          <w:sz w:val="20"/>
          <w:szCs w:val="24"/>
        </w:rPr>
        <w:t>Varžybų</w:t>
      </w:r>
      <w:proofErr w:type="spellEnd"/>
      <w:r w:rsidRPr="00934D4B">
        <w:rPr>
          <w:rFonts w:ascii="Arial" w:hAnsi="Arial"/>
          <w:i/>
          <w:color w:val="282828"/>
          <w:sz w:val="20"/>
          <w:szCs w:val="24"/>
        </w:rPr>
        <w:t xml:space="preserve"> </w:t>
      </w:r>
      <w:proofErr w:type="spellStart"/>
      <w:r w:rsidRPr="00934D4B">
        <w:rPr>
          <w:rFonts w:ascii="Arial" w:hAnsi="Arial"/>
          <w:i/>
          <w:color w:val="282828"/>
          <w:sz w:val="20"/>
          <w:szCs w:val="24"/>
        </w:rPr>
        <w:t>vyriausioji</w:t>
      </w:r>
      <w:proofErr w:type="spellEnd"/>
      <w:r w:rsidRPr="00934D4B">
        <w:rPr>
          <w:rFonts w:ascii="Arial" w:hAnsi="Arial"/>
          <w:i/>
          <w:color w:val="282828"/>
          <w:sz w:val="20"/>
          <w:szCs w:val="24"/>
        </w:rPr>
        <w:t xml:space="preserve"> </w:t>
      </w:r>
      <w:proofErr w:type="spellStart"/>
      <w:r w:rsidRPr="00934D4B">
        <w:rPr>
          <w:rFonts w:ascii="Arial" w:hAnsi="Arial"/>
          <w:i/>
          <w:color w:val="282828"/>
          <w:sz w:val="20"/>
          <w:szCs w:val="24"/>
        </w:rPr>
        <w:t>teisėja</w:t>
      </w:r>
      <w:proofErr w:type="spellEnd"/>
      <w:r w:rsidRPr="00934D4B">
        <w:rPr>
          <w:rFonts w:ascii="Arial" w:hAnsi="Arial"/>
          <w:i/>
          <w:color w:val="282828"/>
          <w:sz w:val="20"/>
          <w:szCs w:val="24"/>
        </w:rPr>
        <w:t xml:space="preserve"> </w:t>
      </w:r>
      <w:r w:rsidRPr="00142026">
        <w:rPr>
          <w:rFonts w:ascii="Arial" w:hAnsi="Arial"/>
          <w:i/>
          <w:color w:val="282828"/>
          <w:sz w:val="20"/>
          <w:szCs w:val="24"/>
        </w:rPr>
        <w:t xml:space="preserve">– Ieva </w:t>
      </w:r>
      <w:proofErr w:type="spellStart"/>
      <w:r w:rsidRPr="00142026">
        <w:rPr>
          <w:rFonts w:ascii="Arial" w:hAnsi="Arial"/>
          <w:i/>
          <w:color w:val="282828"/>
          <w:sz w:val="20"/>
          <w:szCs w:val="24"/>
        </w:rPr>
        <w:t>Šukevičiūtė</w:t>
      </w:r>
      <w:proofErr w:type="spellEnd"/>
    </w:p>
    <w:sectPr w:rsidR="007C4E47" w:rsidRPr="00142026" w:rsidSect="00034616">
      <w:pgSz w:w="11909" w:h="16834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3838599">
    <w:abstractNumId w:val="8"/>
  </w:num>
  <w:num w:numId="2" w16cid:durableId="1445466779">
    <w:abstractNumId w:val="6"/>
  </w:num>
  <w:num w:numId="3" w16cid:durableId="873233038">
    <w:abstractNumId w:val="5"/>
  </w:num>
  <w:num w:numId="4" w16cid:durableId="1462649321">
    <w:abstractNumId w:val="4"/>
  </w:num>
  <w:num w:numId="5" w16cid:durableId="1622496715">
    <w:abstractNumId w:val="7"/>
  </w:num>
  <w:num w:numId="6" w16cid:durableId="756943402">
    <w:abstractNumId w:val="3"/>
  </w:num>
  <w:num w:numId="7" w16cid:durableId="1816331025">
    <w:abstractNumId w:val="2"/>
  </w:num>
  <w:num w:numId="8" w16cid:durableId="1467427423">
    <w:abstractNumId w:val="1"/>
  </w:num>
  <w:num w:numId="9" w16cid:durableId="2061393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026"/>
    <w:rsid w:val="0015074B"/>
    <w:rsid w:val="001765E3"/>
    <w:rsid w:val="00216117"/>
    <w:rsid w:val="0029639D"/>
    <w:rsid w:val="00326F90"/>
    <w:rsid w:val="00336BE7"/>
    <w:rsid w:val="00605EF3"/>
    <w:rsid w:val="00666D88"/>
    <w:rsid w:val="007B3D51"/>
    <w:rsid w:val="007B4FF6"/>
    <w:rsid w:val="007C4E47"/>
    <w:rsid w:val="0090744D"/>
    <w:rsid w:val="00934D4B"/>
    <w:rsid w:val="00AA1D8D"/>
    <w:rsid w:val="00B47730"/>
    <w:rsid w:val="00CB0664"/>
    <w:rsid w:val="00CC2E04"/>
    <w:rsid w:val="00E91F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7CEAB"/>
  <w14:defaultImageDpi w14:val="300"/>
  <w15:docId w15:val="{5112304F-D117-48F0-B8F4-39F82AD2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Vardenis Pavardenis</cp:lastModifiedBy>
  <cp:revision>2</cp:revision>
  <dcterms:created xsi:type="dcterms:W3CDTF">2026-10-27T07:38:00Z</dcterms:created>
  <dcterms:modified xsi:type="dcterms:W3CDTF">2026-10-27T07:38:00Z</dcterms:modified>
  <cp:category/>
</cp:coreProperties>
</file>